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1"/>
        </w:rPr>
        <w:t>※ このページは練習用の説明です。練習を始める前に削除してかまいません。</w:t>
      </w:r>
    </w:p>
    <w:p>
      <w:r>
        <w:rPr>
          <w:sz w:val="20"/>
        </w:rPr>
        <w:t>シリーズ⑨ Word活用編の練習用ファイルです。記事01〜06・13・15で使います。</w:t>
      </w:r>
    </w:p>
    <w:p>
      <w:r>
        <w:rPr>
          <w:sz w:val="20"/>
        </w:rPr>
        <w:t>この文書には、次の「直すところ」がわざと入れてあります。</w:t>
      </w:r>
    </w:p>
    <w:p>
      <w:r>
        <w:rPr>
          <w:sz w:val="20"/>
        </w:rPr>
        <w:t xml:space="preserve">　・字下げが全角スペースで作られている（記事06 タブとリーダー）</w:t>
      </w:r>
    </w:p>
    <w:p>
      <w:r>
        <w:rPr>
          <w:sz w:val="20"/>
        </w:rPr>
        <w:t xml:space="preserve">　・章の変わり目がEnterキーの連打で送られている（記事04 改ページ）</w:t>
      </w:r>
    </w:p>
    <w:p>
      <w:r>
        <w:rPr>
          <w:sz w:val="20"/>
        </w:rPr>
        <w:t xml:space="preserve">　・見出しが手で太字・大きくしただけで、スタイルが当たっていない（記事02 スタイル）</w:t>
      </w:r>
    </w:p>
    <w:p>
      <w:r>
        <w:rPr>
          <w:sz w:val="20"/>
        </w:rPr>
        <w:t xml:space="preserve">　・目次が手打ちで、ページ番号が本文と合っていない（記事03 目次の自動作成）</w:t>
      </w:r>
    </w:p>
    <w:p>
      <w:r>
        <w:rPr>
          <w:sz w:val="20"/>
        </w:rPr>
        <w:t xml:space="preserve">　・写真が行内配置で、下の文章を押し出している（記事07 文字列の折り返し）</w:t>
      </w:r>
    </w:p>
    <w:p>
      <w:r>
        <w:rPr>
          <w:sz w:val="20"/>
        </w:rPr>
        <w:t xml:space="preserve">　・表が次のページに続くと見出しが消える（記事09 見出し行の繰り返し）</w:t>
      </w:r>
    </w:p>
    <w:p>
      <w:r>
        <w:rPr>
          <w:sz w:val="20"/>
        </w:rPr>
        <w:t xml:space="preserve">　・余分な空行と全角スペースが残っている（記事10 検索と置換）</w:t>
      </w:r>
    </w:p>
    <w:p>
      <w:r>
        <w:rPr>
          <w:sz w:val="20"/>
        </w:rPr>
        <w:t xml:space="preserve">　・ページ番号が入っていない（記事05 セクションごとのページ番号）</w:t>
      </w:r>
    </w:p>
    <w:p>
      <w:r>
        <w:rPr>
          <w:sz w:val="20"/>
        </w:rPr>
        <w:t>まずは「¶」ボタンで編集記号を表示するところから始めてください（記事01）。</w:t>
      </w:r>
    </w:p>
    <w:p>
      <w:r>
        <w:rPr>
          <w:sz w:val="20"/>
        </w:rPr>
        <w:t>※団体名・人名・地名はすべて架空のものです。</w:t>
      </w:r>
    </w:p>
    <w:p>
      <w:r>
        <w:br w:type="page"/>
      </w:r>
    </w:p>
    <w:p/>
    <w:p/>
    <w:p/>
    <w:p/>
    <w:p/>
    <w:p/>
    <w:p>
      <w:pPr>
        <w:jc w:val="center"/>
      </w:pPr>
      <w:r>
        <w:rPr>
          <w:b/>
          <w:sz w:val="44"/>
        </w:rPr>
        <w:t>みどり町内会　令和八年度　活動報告書</w:t>
      </w:r>
    </w:p>
    <w:p/>
    <w:p>
      <w:pPr>
        <w:jc w:val="center"/>
      </w:pPr>
      <w:r>
        <w:rPr>
          <w:sz w:val="24"/>
        </w:rPr>
        <w:t>みどり町内会　総務部</w:t>
      </w:r>
    </w:p>
    <w:p>
      <w:pPr>
        <w:jc w:val="center"/>
      </w:pPr>
      <w:r>
        <w:rPr>
          <w:sz w:val="24"/>
        </w:rPr>
        <w:t>令和八年三月</w:t>
      </w:r>
    </w:p>
    <w:p/>
    <w:p/>
    <w:p/>
    <w:p/>
    <w:p/>
    <w:p/>
    <w:p/>
    <w:p/>
    <w:p/>
    <w:p>
      <w:pPr>
        <w:jc w:val="center"/>
      </w:pPr>
      <w:r>
        <w:rPr>
          <w:b/>
          <w:sz w:val="32"/>
        </w:rPr>
        <w:t>目　次</w:t>
      </w:r>
    </w:p>
    <w:p/>
    <w:p>
      <w:r>
        <w:t>１．はじめに　　　　　　・・・・・・・・・・・・・・・・・・　1</w:t>
      </w:r>
    </w:p>
    <w:p>
      <w:r>
        <w:t>２．春の行事　　　　　　・・・・・・・・・・・・・・・・・・　2</w:t>
      </w:r>
    </w:p>
    <w:p>
      <w:r>
        <w:t>３．夏の行事　　　　　　・・・・・・・・・・・・・・・・・・　3</w:t>
      </w:r>
    </w:p>
    <w:p>
      <w:r>
        <w:t>４．秋の行事　　　　　　・・・・・・・・・・・・・・・・・・　4</w:t>
      </w:r>
    </w:p>
    <w:p>
      <w:r>
        <w:t>５．冬の行事　　　　　　・・・・・・・・・・・・・・・・・・　5</w:t>
      </w:r>
    </w:p>
    <w:p>
      <w:r>
        <w:t>６．会計のご報告　　　　　　・・・・・・・・・・・・・・・・・・　6</w:t>
      </w:r>
    </w:p>
    <w:p>
      <w:r>
        <w:t>７．来年度の計画　　　　　　・・・・・・・・・・・・・・・・・・　7</w:t>
      </w:r>
    </w:p>
    <w:p>
      <w:r>
        <w:t>８．おわりに　　　　　　・・・・・・・・・・・・・・・・・・　8</w:t>
      </w:r>
    </w:p>
    <w:p/>
    <w:p/>
    <w:p/>
    <w:p/>
    <w:p/>
    <w:p/>
    <w:p/>
    <w:p/>
    <w:p/>
    <w:p/>
    <w:p>
      <w:r>
        <w:rPr>
          <w:b/>
          <w:sz w:val="32"/>
        </w:rPr>
        <w:t>１．はじめに</w:t>
      </w:r>
    </w:p>
    <w:p/>
    <w:p>
      <w:r>
        <w:t xml:space="preserve">　　本年度も、みどり町内会の活動に多くの皆さまのご協力をいただきました。心よりお礼申し上げます。</w:t>
      </w:r>
    </w:p>
    <w:p/>
    <w:p>
      <w:r>
        <w:t xml:space="preserve">　　本報告書は、令和八年四月から令和九年三月までの一年間に行った活動を、行事ごとにまとめたものです。会員の皆さまに、一年の歩みを振り返っていただく資料としてお読みいただければ幸いです。</w:t>
      </w:r>
    </w:p>
    <w:p/>
    <w:p>
      <w:r>
        <w:t xml:space="preserve">　　なお、会計に関する詳細は第六章にまとめております。あわせてご確認ください。</w:t>
      </w:r>
    </w:p>
    <w:p/>
    <w:p/>
    <w:p/>
    <w:p/>
    <w:p/>
    <w:p/>
    <w:p/>
    <w:p/>
    <w:p>
      <w:r>
        <w:rPr>
          <w:b/>
          <w:sz w:val="32"/>
        </w:rPr>
        <w:t>２．春の行事</w:t>
      </w:r>
    </w:p>
    <w:p/>
    <w:p>
      <w:r>
        <w:t xml:space="preserve">　　四月十二日、恒例の花見会を中央公園で開催しました。当日は天候にも恵まれ、会員とご家族あわせて八十七名の参加がありました。</w:t>
      </w:r>
    </w:p>
    <w:p/>
    <w:p>
      <w:r>
        <w:t xml:space="preserve">　　五月には、班ごとの清掃活動を行いました。各班からの報告によると、可燃ごみが合計で三十二袋、資源ごみが十四袋集まりました。</w:t>
      </w:r>
    </w:p>
    <w:p/>
    <w:p>
      <w:r>
        <w:t xml:space="preserve">　　また、五月二十日には新入会員の歓迎会を集会所で行い、十二世帯の新しい方々をお迎えしました。</w:t>
      </w:r>
    </w:p>
    <w:p/>
    <w:p/>
    <w:p/>
    <w:p/>
    <w:p/>
    <w:p/>
    <w:p/>
    <w:p/>
    <w:p>
      <w:r>
        <w:rPr>
          <w:b/>
          <w:sz w:val="32"/>
        </w:rPr>
        <w:t>３．夏の行事</w:t>
      </w:r>
    </w:p>
    <w:p/>
    <w:p>
      <w:r>
        <w:t xml:space="preserve">　　七月最終週の土曜日に、夏祭りを開催しました。準備は六月から始まり、延べ四十名の役員が携わりました。</w:t>
      </w:r>
    </w:p>
    <w:p/>
    <w:p>
      <w:r>
        <w:t xml:space="preserve">　　当日は、模擬店を六店舗、盆踊りを二回行い、来場者はおよそ四百名にのぼりました。子ども会との共催となった輪投げ大会も好評でした。</w:t>
      </w:r>
    </w:p>
    <w:p/>
    <w:p>
      <w:r>
        <w:t xml:space="preserve">　　八月には、防災訓練を消防署のご協力のもとに実施しました。参加は五十四名で、消火器の使い方と、避難経路の確認を行いました。</w:t>
      </w:r>
    </w:p>
    <w:p/>
    <w:p>
      <w:r>
        <w:drawing>
          <wp:inline xmlns:a="http://schemas.openxmlformats.org/drawingml/2006/main" xmlns:pic="http://schemas.openxmlformats.org/drawingml/2006/picture">
            <wp:extent cx="3240000" cy="2160000"/>
            <wp:docPr id="1" name="Picture 1"/>
            <wp:cNvGraphicFramePr>
              <a:graphicFrameLocks noChangeAspect="1"/>
            </wp:cNvGraphicFramePr>
            <a:graphic>
              <a:graphicData uri="http://schemas.openxmlformats.org/drawingml/2006/picture">
                <pic:pic>
                  <pic:nvPicPr>
                    <pic:cNvPr id="0" name="写真A.jpg"/>
                    <pic:cNvPicPr/>
                  </pic:nvPicPr>
                  <pic:blipFill>
                    <a:blip r:embed="rId9"/>
                    <a:stretch>
                      <a:fillRect/>
                    </a:stretch>
                  </pic:blipFill>
                  <pic:spPr>
                    <a:xfrm>
                      <a:off x="0" y="0"/>
                      <a:ext cx="3240000" cy="2160000"/>
                    </a:xfrm>
                    <a:prstGeom prst="rect"/>
                  </pic:spPr>
                </pic:pic>
              </a:graphicData>
            </a:graphic>
          </wp:inline>
        </w:drawing>
      </w:r>
    </w:p>
    <w:p>
      <w:r>
        <w:t xml:space="preserve">　　写真１　夏祭りの様子</w:t>
      </w:r>
    </w:p>
    <w:p/>
    <w:p>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写真B.jpg"/>
                    <pic:cNvPicPr/>
                  </pic:nvPicPr>
                  <pic:blipFill>
                    <a:blip r:embed="rId10"/>
                    <a:stretch>
                      <a:fillRect/>
                    </a:stretch>
                  </pic:blipFill>
                  <pic:spPr>
                    <a:xfrm>
                      <a:off x="0" y="0"/>
                      <a:ext cx="3240000" cy="2160000"/>
                    </a:xfrm>
                    <a:prstGeom prst="rect"/>
                  </pic:spPr>
                </pic:pic>
              </a:graphicData>
            </a:graphic>
          </wp:inline>
        </w:drawing>
      </w:r>
    </w:p>
    <w:p>
      <w:r>
        <w:t xml:space="preserve">　　写真２　防災訓練の様子</w:t>
      </w:r>
    </w:p>
    <w:p/>
    <w:p/>
    <w:p/>
    <w:p/>
    <w:p/>
    <w:p/>
    <w:p/>
    <w:p/>
    <w:p>
      <w:r>
        <w:rPr>
          <w:b/>
          <w:sz w:val="32"/>
        </w:rPr>
        <w:t>４．秋の行事</w:t>
      </w:r>
    </w:p>
    <w:p/>
    <w:p>
      <w:r>
        <w:t xml:space="preserve">　　十月三日、敬老会を集会所で開催しました。七十五歳以上の会員の方々二十八名にご出席いただきました。</w:t>
      </w:r>
    </w:p>
    <w:p/>
    <w:p>
      <w:r>
        <w:t xml:space="preserve">　　十一月には、文化祭を公民館との共催で行いました。手芸、書道、写真の三部門に、あわせて六十二点の出品がありました。</w:t>
      </w:r>
    </w:p>
    <w:p/>
    <w:p>
      <w:r>
        <w:t xml:space="preserve">　　同月下旬には、資源回収を行い、古紙が約一・二トン集まりました。</w:t>
      </w:r>
    </w:p>
    <w:p/>
    <w:p/>
    <w:p/>
    <w:p/>
    <w:p/>
    <w:p/>
    <w:p/>
    <w:p/>
    <w:p>
      <w:r>
        <w:rPr>
          <w:b/>
          <w:sz w:val="32"/>
        </w:rPr>
        <w:t>５．冬の行事</w:t>
      </w:r>
    </w:p>
    <w:p/>
    <w:p>
      <w:r>
        <w:t xml:space="preserve">　　十二月、年末の夜回りを三日間にわたって実施しました。各班から二名ずつ、延べ三十六名が参加しました。</w:t>
      </w:r>
    </w:p>
    <w:p/>
    <w:p>
      <w:r>
        <w:t xml:space="preserve">　　一月十五日には、どんど焼きを河川敷で行いました。あいにくの小雨でしたが、九十名ほどの方にお集まりいただきました。</w:t>
      </w:r>
    </w:p>
    <w:p/>
    <w:p>
      <w:r>
        <w:t xml:space="preserve">　　二月には、次年度の役員選出のための臨時総会を開きました。</w:t>
      </w:r>
    </w:p>
    <w:p/>
    <w:p/>
    <w:p/>
    <w:p/>
    <w:p/>
    <w:p/>
    <w:p/>
    <w:p/>
    <w:p>
      <w:r>
        <w:rPr>
          <w:b/>
          <w:sz w:val="32"/>
        </w:rPr>
        <w:t>６．会計のご報告</w:t>
      </w:r>
    </w:p>
    <w:p/>
    <w:p>
      <w:r>
        <w:t xml:space="preserve">　　本年度の収入は、会費収入が主なもので、そのほかに市からの助成金、資源回収の売却益がありました。</w:t>
      </w:r>
    </w:p>
    <w:p/>
    <w:p>
      <w:r>
        <w:t xml:space="preserve">　　支出は、行事費、事務費、集会所の維持費が中心です。詳細は次の表のとおりです。</w:t>
      </w:r>
    </w:p>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1814"/>
          </w:tcPr>
          <w:p>
            <w:r>
              <w:rPr>
                <w:b/>
              </w:rPr>
              <w:t>月</w:t>
            </w:r>
          </w:p>
        </w:tc>
        <w:tc>
          <w:tcPr>
            <w:tcW w:type="dxa" w:w="1814"/>
          </w:tcPr>
          <w:p>
            <w:r>
              <w:rPr>
                <w:b/>
              </w:rPr>
              <w:t>収入の内訳</w:t>
            </w:r>
          </w:p>
        </w:tc>
        <w:tc>
          <w:tcPr>
            <w:tcW w:type="dxa" w:w="1814"/>
          </w:tcPr>
          <w:p>
            <w:r>
              <w:rPr>
                <w:b/>
              </w:rPr>
              <w:t>収入額</w:t>
            </w:r>
          </w:p>
        </w:tc>
        <w:tc>
          <w:tcPr>
            <w:tcW w:type="dxa" w:w="1814"/>
          </w:tcPr>
          <w:p>
            <w:r>
              <w:rPr>
                <w:b/>
              </w:rPr>
              <w:t>支出の内訳</w:t>
            </w:r>
          </w:p>
        </w:tc>
        <w:tc>
          <w:tcPr>
            <w:tcW w:type="dxa" w:w="1814"/>
          </w:tcPr>
          <w:p>
            <w:r>
              <w:rPr>
                <w:b/>
              </w:rPr>
              <w:t>支出額</w:t>
            </w:r>
          </w:p>
        </w:tc>
      </w:tr>
      <w:tr>
        <w:tc>
          <w:tcPr>
            <w:tcW w:type="dxa" w:w="1814"/>
          </w:tcPr>
          <w:p>
            <w:r>
              <w:t>四月</w:t>
            </w:r>
          </w:p>
        </w:tc>
        <w:tc>
          <w:tcPr>
            <w:tcW w:type="dxa" w:w="1814"/>
          </w:tcPr>
          <w:p>
            <w:r>
              <w:t>会費収入</w:t>
            </w:r>
          </w:p>
        </w:tc>
        <w:tc>
          <w:tcPr>
            <w:tcW w:type="dxa" w:w="1814"/>
          </w:tcPr>
          <w:p>
            <w:r>
              <w:t>320,000</w:t>
            </w:r>
          </w:p>
        </w:tc>
        <w:tc>
          <w:tcPr>
            <w:tcW w:type="dxa" w:w="1814"/>
          </w:tcPr>
          <w:p>
            <w:r>
              <w:t>集会所修繕</w:t>
            </w:r>
          </w:p>
        </w:tc>
        <w:tc>
          <w:tcPr>
            <w:tcW w:type="dxa" w:w="1814"/>
          </w:tcPr>
          <w:p>
            <w:r>
              <w:t>45,000</w:t>
            </w:r>
          </w:p>
        </w:tc>
      </w:tr>
      <w:tr>
        <w:tc>
          <w:tcPr>
            <w:tcW w:type="dxa" w:w="1814"/>
          </w:tcPr>
          <w:p>
            <w:r>
              <w:t>四月</w:t>
            </w:r>
          </w:p>
        </w:tc>
        <w:tc>
          <w:tcPr>
            <w:tcW w:type="dxa" w:w="1814"/>
          </w:tcPr>
          <w:p>
            <w:r>
              <w:t>市助成金</w:t>
            </w:r>
          </w:p>
        </w:tc>
        <w:tc>
          <w:tcPr>
            <w:tcW w:type="dxa" w:w="1814"/>
          </w:tcPr>
          <w:p>
            <w:r>
              <w:t>150,000</w:t>
            </w:r>
          </w:p>
        </w:tc>
        <w:tc>
          <w:tcPr>
            <w:tcW w:type="dxa" w:w="1814"/>
          </w:tcPr>
          <w:p>
            <w:r>
              <w:t>事務用品</w:t>
            </w:r>
          </w:p>
        </w:tc>
        <w:tc>
          <w:tcPr>
            <w:tcW w:type="dxa" w:w="1814"/>
          </w:tcPr>
          <w:p>
            <w:r>
              <w:t>8,200</w:t>
            </w:r>
          </w:p>
        </w:tc>
      </w:tr>
      <w:tr>
        <w:tc>
          <w:tcPr>
            <w:tcW w:type="dxa" w:w="1814"/>
          </w:tcPr>
          <w:p>
            <w:r>
              <w:t>五月</w:t>
            </w:r>
          </w:p>
        </w:tc>
        <w:tc>
          <w:tcPr>
            <w:tcW w:type="dxa" w:w="1814"/>
          </w:tcPr>
          <w:p>
            <w:r>
              <w:t>資源回収</w:t>
            </w:r>
          </w:p>
        </w:tc>
        <w:tc>
          <w:tcPr>
            <w:tcW w:type="dxa" w:w="1814"/>
          </w:tcPr>
          <w:p>
            <w:r>
              <w:t>24,800</w:t>
            </w:r>
          </w:p>
        </w:tc>
        <w:tc>
          <w:tcPr>
            <w:tcW w:type="dxa" w:w="1814"/>
          </w:tcPr>
          <w:p>
            <w:r>
              <w:t>清掃用具</w:t>
            </w:r>
          </w:p>
        </w:tc>
        <w:tc>
          <w:tcPr>
            <w:tcW w:type="dxa" w:w="1814"/>
          </w:tcPr>
          <w:p>
            <w:r>
              <w:t>12,400</w:t>
            </w:r>
          </w:p>
        </w:tc>
      </w:tr>
      <w:tr>
        <w:tc>
          <w:tcPr>
            <w:tcW w:type="dxa" w:w="1814"/>
          </w:tcPr>
          <w:p>
            <w:r>
              <w:t>五月</w:t>
            </w:r>
          </w:p>
        </w:tc>
        <w:tc>
          <w:tcPr>
            <w:tcW w:type="dxa" w:w="1814"/>
          </w:tcPr>
          <w:p>
            <w:r>
              <w:t>―</w:t>
            </w:r>
          </w:p>
        </w:tc>
        <w:tc>
          <w:tcPr>
            <w:tcW w:type="dxa" w:w="1814"/>
          </w:tcPr>
          <w:p>
            <w:r>
              <w:t>―</w:t>
            </w:r>
          </w:p>
        </w:tc>
        <w:tc>
          <w:tcPr>
            <w:tcW w:type="dxa" w:w="1814"/>
          </w:tcPr>
          <w:p>
            <w:r>
              <w:t>花見会費用</w:t>
            </w:r>
          </w:p>
        </w:tc>
        <w:tc>
          <w:tcPr>
            <w:tcW w:type="dxa" w:w="1814"/>
          </w:tcPr>
          <w:p>
            <w:r>
              <w:t>62,000</w:t>
            </w:r>
          </w:p>
        </w:tc>
      </w:tr>
      <w:tr>
        <w:tc>
          <w:tcPr>
            <w:tcW w:type="dxa" w:w="1814"/>
          </w:tcPr>
          <w:p>
            <w:r>
              <w:t>六月</w:t>
            </w:r>
          </w:p>
        </w:tc>
        <w:tc>
          <w:tcPr>
            <w:tcW w:type="dxa" w:w="1814"/>
          </w:tcPr>
          <w:p>
            <w:r>
              <w:t>会費収入</w:t>
            </w:r>
          </w:p>
        </w:tc>
        <w:tc>
          <w:tcPr>
            <w:tcW w:type="dxa" w:w="1814"/>
          </w:tcPr>
          <w:p>
            <w:r>
              <w:t>98,000</w:t>
            </w:r>
          </w:p>
        </w:tc>
        <w:tc>
          <w:tcPr>
            <w:tcW w:type="dxa" w:w="1814"/>
          </w:tcPr>
          <w:p>
            <w:r>
              <w:t>印刷費</w:t>
            </w:r>
          </w:p>
        </w:tc>
        <w:tc>
          <w:tcPr>
            <w:tcW w:type="dxa" w:w="1814"/>
          </w:tcPr>
          <w:p>
            <w:r>
              <w:t>9,800</w:t>
            </w:r>
          </w:p>
        </w:tc>
      </w:tr>
      <w:tr>
        <w:tc>
          <w:tcPr>
            <w:tcW w:type="dxa" w:w="1814"/>
          </w:tcPr>
          <w:p>
            <w:r>
              <w:t>六月</w:t>
            </w:r>
          </w:p>
        </w:tc>
        <w:tc>
          <w:tcPr>
            <w:tcW w:type="dxa" w:w="1814"/>
          </w:tcPr>
          <w:p>
            <w:r>
              <w:t>―</w:t>
            </w:r>
          </w:p>
        </w:tc>
        <w:tc>
          <w:tcPr>
            <w:tcW w:type="dxa" w:w="1814"/>
          </w:tcPr>
          <w:p>
            <w:r>
              <w:t>―</w:t>
            </w:r>
          </w:p>
        </w:tc>
        <w:tc>
          <w:tcPr>
            <w:tcW w:type="dxa" w:w="1814"/>
          </w:tcPr>
          <w:p>
            <w:r>
              <w:t>夏祭り準備費</w:t>
            </w:r>
          </w:p>
        </w:tc>
        <w:tc>
          <w:tcPr>
            <w:tcW w:type="dxa" w:w="1814"/>
          </w:tcPr>
          <w:p>
            <w:r>
              <w:t>88,000</w:t>
            </w:r>
          </w:p>
        </w:tc>
      </w:tr>
      <w:tr>
        <w:tc>
          <w:tcPr>
            <w:tcW w:type="dxa" w:w="1814"/>
          </w:tcPr>
          <w:p>
            <w:r>
              <w:t>七月</w:t>
            </w:r>
          </w:p>
        </w:tc>
        <w:tc>
          <w:tcPr>
            <w:tcW w:type="dxa" w:w="1814"/>
          </w:tcPr>
          <w:p>
            <w:r>
              <w:t>寄付金</w:t>
            </w:r>
          </w:p>
        </w:tc>
        <w:tc>
          <w:tcPr>
            <w:tcW w:type="dxa" w:w="1814"/>
          </w:tcPr>
          <w:p>
            <w:r>
              <w:t>50,000</w:t>
            </w:r>
          </w:p>
        </w:tc>
        <w:tc>
          <w:tcPr>
            <w:tcW w:type="dxa" w:w="1814"/>
          </w:tcPr>
          <w:p>
            <w:r>
              <w:t>夏祭り運営費</w:t>
            </w:r>
          </w:p>
        </w:tc>
        <w:tc>
          <w:tcPr>
            <w:tcW w:type="dxa" w:w="1814"/>
          </w:tcPr>
          <w:p>
            <w:r>
              <w:t>174,000</w:t>
            </w:r>
          </w:p>
        </w:tc>
      </w:tr>
      <w:tr>
        <w:tc>
          <w:tcPr>
            <w:tcW w:type="dxa" w:w="1814"/>
          </w:tcPr>
          <w:p>
            <w:r>
              <w:t>七月</w:t>
            </w:r>
          </w:p>
        </w:tc>
        <w:tc>
          <w:tcPr>
            <w:tcW w:type="dxa" w:w="1814"/>
          </w:tcPr>
          <w:p>
            <w:r>
              <w:t>―</w:t>
            </w:r>
          </w:p>
        </w:tc>
        <w:tc>
          <w:tcPr>
            <w:tcW w:type="dxa" w:w="1814"/>
          </w:tcPr>
          <w:p>
            <w:r>
              <w:t>―</w:t>
            </w:r>
          </w:p>
        </w:tc>
        <w:tc>
          <w:tcPr>
            <w:tcW w:type="dxa" w:w="1814"/>
          </w:tcPr>
          <w:p>
            <w:r>
              <w:t>保険料</w:t>
            </w:r>
          </w:p>
        </w:tc>
        <w:tc>
          <w:tcPr>
            <w:tcW w:type="dxa" w:w="1814"/>
          </w:tcPr>
          <w:p>
            <w:r>
              <w:t>22,000</w:t>
            </w:r>
          </w:p>
        </w:tc>
      </w:tr>
      <w:tr>
        <w:tc>
          <w:tcPr>
            <w:tcW w:type="dxa" w:w="1814"/>
          </w:tcPr>
          <w:p>
            <w:r>
              <w:t>八月</w:t>
            </w:r>
          </w:p>
        </w:tc>
        <w:tc>
          <w:tcPr>
            <w:tcW w:type="dxa" w:w="1814"/>
          </w:tcPr>
          <w:p>
            <w:r>
              <w:t>会費収入</w:t>
            </w:r>
          </w:p>
        </w:tc>
        <w:tc>
          <w:tcPr>
            <w:tcW w:type="dxa" w:w="1814"/>
          </w:tcPr>
          <w:p>
            <w:r>
              <w:t>46,000</w:t>
            </w:r>
          </w:p>
        </w:tc>
        <w:tc>
          <w:tcPr>
            <w:tcW w:type="dxa" w:w="1814"/>
          </w:tcPr>
          <w:p>
            <w:r>
              <w:t>防災訓練費</w:t>
            </w:r>
          </w:p>
        </w:tc>
        <w:tc>
          <w:tcPr>
            <w:tcW w:type="dxa" w:w="1814"/>
          </w:tcPr>
          <w:p>
            <w:r>
              <w:t>31,500</w:t>
            </w:r>
          </w:p>
        </w:tc>
      </w:tr>
      <w:tr>
        <w:tc>
          <w:tcPr>
            <w:tcW w:type="dxa" w:w="1814"/>
          </w:tcPr>
          <w:p>
            <w:r>
              <w:t>八月</w:t>
            </w:r>
          </w:p>
        </w:tc>
        <w:tc>
          <w:tcPr>
            <w:tcW w:type="dxa" w:w="1814"/>
          </w:tcPr>
          <w:p>
            <w:r>
              <w:t>―</w:t>
            </w:r>
          </w:p>
        </w:tc>
        <w:tc>
          <w:tcPr>
            <w:tcW w:type="dxa" w:w="1814"/>
          </w:tcPr>
          <w:p>
            <w:r>
              <w:t>―</w:t>
            </w:r>
          </w:p>
        </w:tc>
        <w:tc>
          <w:tcPr>
            <w:tcW w:type="dxa" w:w="1814"/>
          </w:tcPr>
          <w:p>
            <w:r>
              <w:t>集会所光熱費</w:t>
            </w:r>
          </w:p>
        </w:tc>
        <w:tc>
          <w:tcPr>
            <w:tcW w:type="dxa" w:w="1814"/>
          </w:tcPr>
          <w:p>
            <w:r>
              <w:t>18,700</w:t>
            </w:r>
          </w:p>
        </w:tc>
      </w:tr>
      <w:tr>
        <w:tc>
          <w:tcPr>
            <w:tcW w:type="dxa" w:w="1814"/>
          </w:tcPr>
          <w:p>
            <w:r>
              <w:t>九月</w:t>
            </w:r>
          </w:p>
        </w:tc>
        <w:tc>
          <w:tcPr>
            <w:tcW w:type="dxa" w:w="1814"/>
          </w:tcPr>
          <w:p>
            <w:r>
              <w:t>資源回収</w:t>
            </w:r>
          </w:p>
        </w:tc>
        <w:tc>
          <w:tcPr>
            <w:tcW w:type="dxa" w:w="1814"/>
          </w:tcPr>
          <w:p>
            <w:r>
              <w:t>19,600</w:t>
            </w:r>
          </w:p>
        </w:tc>
        <w:tc>
          <w:tcPr>
            <w:tcW w:type="dxa" w:w="1814"/>
          </w:tcPr>
          <w:p>
            <w:r>
              <w:t>事務用品</w:t>
            </w:r>
          </w:p>
        </w:tc>
        <w:tc>
          <w:tcPr>
            <w:tcW w:type="dxa" w:w="1814"/>
          </w:tcPr>
          <w:p>
            <w:r>
              <w:t>6,300</w:t>
            </w:r>
          </w:p>
        </w:tc>
      </w:tr>
      <w:tr>
        <w:tc>
          <w:tcPr>
            <w:tcW w:type="dxa" w:w="1814"/>
          </w:tcPr>
          <w:p>
            <w:r>
              <w:t>九月</w:t>
            </w:r>
          </w:p>
        </w:tc>
        <w:tc>
          <w:tcPr>
            <w:tcW w:type="dxa" w:w="1814"/>
          </w:tcPr>
          <w:p>
            <w:r>
              <w:t>―</w:t>
            </w:r>
          </w:p>
        </w:tc>
        <w:tc>
          <w:tcPr>
            <w:tcW w:type="dxa" w:w="1814"/>
          </w:tcPr>
          <w:p>
            <w:r>
              <w:t>―</w:t>
            </w:r>
          </w:p>
        </w:tc>
        <w:tc>
          <w:tcPr>
            <w:tcW w:type="dxa" w:w="1814"/>
          </w:tcPr>
          <w:p>
            <w:r>
              <w:t>敬老会準備費</w:t>
            </w:r>
          </w:p>
        </w:tc>
        <w:tc>
          <w:tcPr>
            <w:tcW w:type="dxa" w:w="1814"/>
          </w:tcPr>
          <w:p>
            <w:r>
              <w:t>54,000</w:t>
            </w:r>
          </w:p>
        </w:tc>
      </w:tr>
      <w:tr>
        <w:tc>
          <w:tcPr>
            <w:tcW w:type="dxa" w:w="1814"/>
          </w:tcPr>
          <w:p>
            <w:r>
              <w:t>十月</w:t>
            </w:r>
          </w:p>
        </w:tc>
        <w:tc>
          <w:tcPr>
            <w:tcW w:type="dxa" w:w="1814"/>
          </w:tcPr>
          <w:p>
            <w:r>
              <w:t>会費収入</w:t>
            </w:r>
          </w:p>
        </w:tc>
        <w:tc>
          <w:tcPr>
            <w:tcW w:type="dxa" w:w="1814"/>
          </w:tcPr>
          <w:p>
            <w:r>
              <w:t>52,000</w:t>
            </w:r>
          </w:p>
        </w:tc>
        <w:tc>
          <w:tcPr>
            <w:tcW w:type="dxa" w:w="1814"/>
          </w:tcPr>
          <w:p>
            <w:r>
              <w:t>敬老会費用</w:t>
            </w:r>
          </w:p>
        </w:tc>
        <w:tc>
          <w:tcPr>
            <w:tcW w:type="dxa" w:w="1814"/>
          </w:tcPr>
          <w:p>
            <w:r>
              <w:t>128,000</w:t>
            </w:r>
          </w:p>
        </w:tc>
      </w:tr>
      <w:tr>
        <w:tc>
          <w:tcPr>
            <w:tcW w:type="dxa" w:w="1814"/>
          </w:tcPr>
          <w:p>
            <w:r>
              <w:t>十月</w:t>
            </w:r>
          </w:p>
        </w:tc>
        <w:tc>
          <w:tcPr>
            <w:tcW w:type="dxa" w:w="1814"/>
          </w:tcPr>
          <w:p>
            <w:r>
              <w:t>―</w:t>
            </w:r>
          </w:p>
        </w:tc>
        <w:tc>
          <w:tcPr>
            <w:tcW w:type="dxa" w:w="1814"/>
          </w:tcPr>
          <w:p>
            <w:r>
              <w:t>―</w:t>
            </w:r>
          </w:p>
        </w:tc>
        <w:tc>
          <w:tcPr>
            <w:tcW w:type="dxa" w:w="1814"/>
          </w:tcPr>
          <w:p>
            <w:r>
              <w:t>文化祭費用</w:t>
            </w:r>
          </w:p>
        </w:tc>
        <w:tc>
          <w:tcPr>
            <w:tcW w:type="dxa" w:w="1814"/>
          </w:tcPr>
          <w:p>
            <w:r>
              <w:t>76,000</w:t>
            </w:r>
          </w:p>
        </w:tc>
      </w:tr>
      <w:tr>
        <w:tc>
          <w:tcPr>
            <w:tcW w:type="dxa" w:w="1814"/>
          </w:tcPr>
          <w:p>
            <w:r>
              <w:t>十一月</w:t>
            </w:r>
          </w:p>
        </w:tc>
        <w:tc>
          <w:tcPr>
            <w:tcW w:type="dxa" w:w="1814"/>
          </w:tcPr>
          <w:p>
            <w:r>
              <w:t>資源回収</w:t>
            </w:r>
          </w:p>
        </w:tc>
        <w:tc>
          <w:tcPr>
            <w:tcW w:type="dxa" w:w="1814"/>
          </w:tcPr>
          <w:p>
            <w:r>
              <w:t>31,200</w:t>
            </w:r>
          </w:p>
        </w:tc>
        <w:tc>
          <w:tcPr>
            <w:tcW w:type="dxa" w:w="1814"/>
          </w:tcPr>
          <w:p>
            <w:r>
              <w:t>資源回収経費</w:t>
            </w:r>
          </w:p>
        </w:tc>
        <w:tc>
          <w:tcPr>
            <w:tcW w:type="dxa" w:w="1814"/>
          </w:tcPr>
          <w:p>
            <w:r>
              <w:t>14,000</w:t>
            </w:r>
          </w:p>
        </w:tc>
      </w:tr>
      <w:tr>
        <w:tc>
          <w:tcPr>
            <w:tcW w:type="dxa" w:w="1814"/>
          </w:tcPr>
          <w:p>
            <w:r>
              <w:t>十一月</w:t>
            </w:r>
          </w:p>
        </w:tc>
        <w:tc>
          <w:tcPr>
            <w:tcW w:type="dxa" w:w="1814"/>
          </w:tcPr>
          <w:p>
            <w:r>
              <w:t>―</w:t>
            </w:r>
          </w:p>
        </w:tc>
        <w:tc>
          <w:tcPr>
            <w:tcW w:type="dxa" w:w="1814"/>
          </w:tcPr>
          <w:p>
            <w:r>
              <w:t>―</w:t>
            </w:r>
          </w:p>
        </w:tc>
        <w:tc>
          <w:tcPr>
            <w:tcW w:type="dxa" w:w="1814"/>
          </w:tcPr>
          <w:p>
            <w:r>
              <w:t>印刷費</w:t>
            </w:r>
          </w:p>
        </w:tc>
        <w:tc>
          <w:tcPr>
            <w:tcW w:type="dxa" w:w="1814"/>
          </w:tcPr>
          <w:p>
            <w:r>
              <w:t>11,400</w:t>
            </w:r>
          </w:p>
        </w:tc>
      </w:tr>
      <w:tr>
        <w:tc>
          <w:tcPr>
            <w:tcW w:type="dxa" w:w="1814"/>
          </w:tcPr>
          <w:p>
            <w:r>
              <w:t>十二月</w:t>
            </w:r>
          </w:p>
        </w:tc>
        <w:tc>
          <w:tcPr>
            <w:tcW w:type="dxa" w:w="1814"/>
          </w:tcPr>
          <w:p>
            <w:r>
              <w:t>会費収入</w:t>
            </w:r>
          </w:p>
        </w:tc>
        <w:tc>
          <w:tcPr>
            <w:tcW w:type="dxa" w:w="1814"/>
          </w:tcPr>
          <w:p>
            <w:r>
              <w:t>44,000</w:t>
            </w:r>
          </w:p>
        </w:tc>
        <w:tc>
          <w:tcPr>
            <w:tcW w:type="dxa" w:w="1814"/>
          </w:tcPr>
          <w:p>
            <w:r>
              <w:t>夜回り経費</w:t>
            </w:r>
          </w:p>
        </w:tc>
        <w:tc>
          <w:tcPr>
            <w:tcW w:type="dxa" w:w="1814"/>
          </w:tcPr>
          <w:p>
            <w:r>
              <w:t>23,800</w:t>
            </w:r>
          </w:p>
        </w:tc>
      </w:tr>
      <w:tr>
        <w:tc>
          <w:tcPr>
            <w:tcW w:type="dxa" w:w="1814"/>
          </w:tcPr>
          <w:p>
            <w:r>
              <w:t>十二月</w:t>
            </w:r>
          </w:p>
        </w:tc>
        <w:tc>
          <w:tcPr>
            <w:tcW w:type="dxa" w:w="1814"/>
          </w:tcPr>
          <w:p>
            <w:r>
              <w:t>―</w:t>
            </w:r>
          </w:p>
        </w:tc>
        <w:tc>
          <w:tcPr>
            <w:tcW w:type="dxa" w:w="1814"/>
          </w:tcPr>
          <w:p>
            <w:r>
              <w:t>―</w:t>
            </w:r>
          </w:p>
        </w:tc>
        <w:tc>
          <w:tcPr>
            <w:tcW w:type="dxa" w:w="1814"/>
          </w:tcPr>
          <w:p>
            <w:r>
              <w:t>年末事務費</w:t>
            </w:r>
          </w:p>
        </w:tc>
        <w:tc>
          <w:tcPr>
            <w:tcW w:type="dxa" w:w="1814"/>
          </w:tcPr>
          <w:p>
            <w:r>
              <w:t>9,600</w:t>
            </w:r>
          </w:p>
        </w:tc>
      </w:tr>
      <w:tr>
        <w:tc>
          <w:tcPr>
            <w:tcW w:type="dxa" w:w="1814"/>
          </w:tcPr>
          <w:p>
            <w:r>
              <w:t>一月</w:t>
            </w:r>
          </w:p>
        </w:tc>
        <w:tc>
          <w:tcPr>
            <w:tcW w:type="dxa" w:w="1814"/>
          </w:tcPr>
          <w:p>
            <w:r>
              <w:t>―</w:t>
            </w:r>
          </w:p>
        </w:tc>
        <w:tc>
          <w:tcPr>
            <w:tcW w:type="dxa" w:w="1814"/>
          </w:tcPr>
          <w:p>
            <w:r>
              <w:t>―</w:t>
            </w:r>
          </w:p>
        </w:tc>
        <w:tc>
          <w:tcPr>
            <w:tcW w:type="dxa" w:w="1814"/>
          </w:tcPr>
          <w:p>
            <w:r>
              <w:t>どんど焼き費用</w:t>
            </w:r>
          </w:p>
        </w:tc>
        <w:tc>
          <w:tcPr>
            <w:tcW w:type="dxa" w:w="1814"/>
          </w:tcPr>
          <w:p>
            <w:r>
              <w:t>38,500</w:t>
            </w:r>
          </w:p>
        </w:tc>
      </w:tr>
      <w:tr>
        <w:tc>
          <w:tcPr>
            <w:tcW w:type="dxa" w:w="1814"/>
          </w:tcPr>
          <w:p>
            <w:r>
              <w:t>一月</w:t>
            </w:r>
          </w:p>
        </w:tc>
        <w:tc>
          <w:tcPr>
            <w:tcW w:type="dxa" w:w="1814"/>
          </w:tcPr>
          <w:p>
            <w:r>
              <w:t>―</w:t>
            </w:r>
          </w:p>
        </w:tc>
        <w:tc>
          <w:tcPr>
            <w:tcW w:type="dxa" w:w="1814"/>
          </w:tcPr>
          <w:p>
            <w:r>
              <w:t>―</w:t>
            </w:r>
          </w:p>
        </w:tc>
        <w:tc>
          <w:tcPr>
            <w:tcW w:type="dxa" w:w="1814"/>
          </w:tcPr>
          <w:p>
            <w:r>
              <w:t>集会所光熱費</w:t>
            </w:r>
          </w:p>
        </w:tc>
        <w:tc>
          <w:tcPr>
            <w:tcW w:type="dxa" w:w="1814"/>
          </w:tcPr>
          <w:p>
            <w:r>
              <w:t>21,300</w:t>
            </w:r>
          </w:p>
        </w:tc>
      </w:tr>
      <w:tr>
        <w:tc>
          <w:tcPr>
            <w:tcW w:type="dxa" w:w="1814"/>
          </w:tcPr>
          <w:p>
            <w:r>
              <w:t>二月</w:t>
            </w:r>
          </w:p>
        </w:tc>
        <w:tc>
          <w:tcPr>
            <w:tcW w:type="dxa" w:w="1814"/>
          </w:tcPr>
          <w:p>
            <w:r>
              <w:t>会費収入</w:t>
            </w:r>
          </w:p>
        </w:tc>
        <w:tc>
          <w:tcPr>
            <w:tcW w:type="dxa" w:w="1814"/>
          </w:tcPr>
          <w:p>
            <w:r>
              <w:t>38,000</w:t>
            </w:r>
          </w:p>
        </w:tc>
        <w:tc>
          <w:tcPr>
            <w:tcW w:type="dxa" w:w="1814"/>
          </w:tcPr>
          <w:p>
            <w:r>
              <w:t>総会費用</w:t>
            </w:r>
          </w:p>
        </w:tc>
        <w:tc>
          <w:tcPr>
            <w:tcW w:type="dxa" w:w="1814"/>
          </w:tcPr>
          <w:p>
            <w:r>
              <w:t>26,700</w:t>
            </w:r>
          </w:p>
        </w:tc>
      </w:tr>
      <w:tr>
        <w:tc>
          <w:tcPr>
            <w:tcW w:type="dxa" w:w="1814"/>
          </w:tcPr>
          <w:p>
            <w:r>
              <w:t>二月</w:t>
            </w:r>
          </w:p>
        </w:tc>
        <w:tc>
          <w:tcPr>
            <w:tcW w:type="dxa" w:w="1814"/>
          </w:tcPr>
          <w:p>
            <w:r>
              <w:t>―</w:t>
            </w:r>
          </w:p>
        </w:tc>
        <w:tc>
          <w:tcPr>
            <w:tcW w:type="dxa" w:w="1814"/>
          </w:tcPr>
          <w:p>
            <w:r>
              <w:t>―</w:t>
            </w:r>
          </w:p>
        </w:tc>
        <w:tc>
          <w:tcPr>
            <w:tcW w:type="dxa" w:w="1814"/>
          </w:tcPr>
          <w:p>
            <w:r>
              <w:t>事務用品</w:t>
            </w:r>
          </w:p>
        </w:tc>
        <w:tc>
          <w:tcPr>
            <w:tcW w:type="dxa" w:w="1814"/>
          </w:tcPr>
          <w:p>
            <w:r>
              <w:t>7,900</w:t>
            </w:r>
          </w:p>
        </w:tc>
      </w:tr>
      <w:tr>
        <w:tc>
          <w:tcPr>
            <w:tcW w:type="dxa" w:w="1814"/>
          </w:tcPr>
          <w:p>
            <w:r>
              <w:t>三月</w:t>
            </w:r>
          </w:p>
        </w:tc>
        <w:tc>
          <w:tcPr>
            <w:tcW w:type="dxa" w:w="1814"/>
          </w:tcPr>
          <w:p>
            <w:r>
              <w:t>資源回収</w:t>
            </w:r>
          </w:p>
        </w:tc>
        <w:tc>
          <w:tcPr>
            <w:tcW w:type="dxa" w:w="1814"/>
          </w:tcPr>
          <w:p>
            <w:r>
              <w:t>22,400</w:t>
            </w:r>
          </w:p>
        </w:tc>
        <w:tc>
          <w:tcPr>
            <w:tcW w:type="dxa" w:w="1814"/>
          </w:tcPr>
          <w:p>
            <w:r>
              <w:t>報告書印刷費</w:t>
            </w:r>
          </w:p>
        </w:tc>
        <w:tc>
          <w:tcPr>
            <w:tcW w:type="dxa" w:w="1814"/>
          </w:tcPr>
          <w:p>
            <w:r>
              <w:t>34,000</w:t>
            </w:r>
          </w:p>
        </w:tc>
      </w:tr>
      <w:tr>
        <w:tc>
          <w:tcPr>
            <w:tcW w:type="dxa" w:w="1814"/>
          </w:tcPr>
          <w:p>
            <w:r>
              <w:t>三月</w:t>
            </w:r>
          </w:p>
        </w:tc>
        <w:tc>
          <w:tcPr>
            <w:tcW w:type="dxa" w:w="1814"/>
          </w:tcPr>
          <w:p>
            <w:r>
              <w:t>―</w:t>
            </w:r>
          </w:p>
        </w:tc>
        <w:tc>
          <w:tcPr>
            <w:tcW w:type="dxa" w:w="1814"/>
          </w:tcPr>
          <w:p>
            <w:r>
              <w:t>―</w:t>
            </w:r>
          </w:p>
        </w:tc>
        <w:tc>
          <w:tcPr>
            <w:tcW w:type="dxa" w:w="1814"/>
          </w:tcPr>
          <w:p>
            <w:r>
              <w:t>予備費</w:t>
            </w:r>
          </w:p>
        </w:tc>
        <w:tc>
          <w:tcPr>
            <w:tcW w:type="dxa" w:w="1814"/>
          </w:tcPr>
          <w:p>
            <w:r>
              <w:t>15,000</w:t>
            </w:r>
          </w:p>
        </w:tc>
      </w:tr>
    </w:tbl>
    <w:p/>
    <w:p/>
    <w:p/>
    <w:p/>
    <w:p/>
    <w:p/>
    <w:p/>
    <w:p/>
    <w:p>
      <w:r>
        <w:rPr>
          <w:b/>
          <w:sz w:val="32"/>
        </w:rPr>
        <w:t>７．来年度の計画</w:t>
      </w:r>
    </w:p>
    <w:p/>
    <w:p>
      <w:r>
        <w:t xml:space="preserve">　　来年度は、これまでの行事を継続しつつ、防災に関する取り組みを一段と充実させたいと考えております。</w:t>
      </w:r>
    </w:p>
    <w:p/>
    <w:p>
      <w:r>
        <w:t xml:space="preserve">　　具体的には、防災倉庫の備蓄品の見直しと、要支援者名簿の更新を予定しています。</w:t>
      </w:r>
    </w:p>
    <w:p/>
    <w:p>
      <w:r>
        <w:t xml:space="preserve">　　また、会員の皆さまへの連絡方法についても、掲示板と回覧に加えて、新しい手段を検討してまいります。</w:t>
      </w:r>
    </w:p>
    <w:p/>
    <w:p/>
    <w:p/>
    <w:p/>
    <w:p/>
    <w:p/>
    <w:p/>
    <w:p/>
    <w:p>
      <w:r>
        <w:rPr>
          <w:b/>
          <w:sz w:val="32"/>
        </w:rPr>
        <w:t>８．おわりに</w:t>
      </w:r>
    </w:p>
    <w:p/>
    <w:p>
      <w:r>
        <w:t xml:space="preserve">　　一年間、みどり町内会の活動にご協力いただき、ありがとうございました。</w:t>
      </w:r>
    </w:p>
    <w:p/>
    <w:p>
      <w:r>
        <w:t xml:space="preserve">　　来年度も、皆さまが安心して暮らせる町づくりに努めてまいります。引き続きご支援を賜りますようお願い申し上げます。</w:t>
      </w:r>
    </w:p>
    <w:p/>
    <w:p/>
    <w:p/>
    <w:p/>
    <w:p/>
    <w:p/>
    <w:p/>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