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 このページは練習用の説明です。練習を始める前に削除してかまいません。</w:t>
      </w:r>
    </w:p>
    <w:p>
      <w:r>
        <w:rPr>
          <w:sz w:val="20"/>
        </w:rPr>
        <w:t>作例編11-10の練習用ファイルです。4ページの枠と見出しだけが入っています。</w:t>
      </w:r>
    </w:p>
    <w:p>
      <w:r>
        <w:rPr>
          <w:sz w:val="20"/>
        </w:rPr>
      </w:r>
    </w:p>
    <w:p>
      <w:r>
        <w:rPr>
          <w:sz w:val="20"/>
        </w:rPr>
        <w:t>・用紙・余白・改ページは設定済みです（Enterキーの連打ではなく改ページで送っています）</w:t>
      </w:r>
    </w:p>
    <w:p>
      <w:r>
        <w:rPr>
          <w:sz w:val="20"/>
        </w:rPr>
        <w:t>・工程3の行程表、工程4の持ち物と費用、工程5の写真は、これから入れます</w:t>
      </w:r>
    </w:p>
    <w:p>
      <w:r>
        <w:rPr>
          <w:sz w:val="20"/>
        </w:rPr>
        <w:t>・同梱の「練習用写真」フォルダーの画像をお使いください</w:t>
      </w:r>
    </w:p>
    <w:p>
      <w:r>
        <w:rPr>
          <w:sz w:val="20"/>
        </w:rPr>
      </w:r>
    </w:p>
    <w:p>
      <w:r>
        <w:rPr>
          <w:sz w:val="20"/>
        </w:rPr>
        <w:t>※行き先・宿泊先・氏名・電話番号はすべて架空のものです。</w:t>
      </w:r>
    </w:p>
    <w:p>
      <w:r>
        <w:br w:type="page"/>
      </w:r>
    </w:p>
    <w:p>
      <w:r>
        <w:rPr>
          <w:sz w:val="40"/>
        </w:rPr>
      </w:r>
    </w:p>
    <w:p>
      <w:pPr>
        <w:jc w:val="center"/>
      </w:pPr>
      <w:r>
        <w:rPr>
          <w:b/>
          <w:sz w:val="56"/>
        </w:rPr>
        <w:t>秋の日帰り・一泊旅行</w:t>
      </w:r>
    </w:p>
    <w:p>
      <w:pPr>
        <w:jc w:val="center"/>
      </w:pPr>
      <w:r>
        <w:rPr>
          <w:sz w:val="28"/>
        </w:rPr>
        <w:t>みどり歴史散策の会</w:t>
      </w:r>
    </w:p>
    <w:p>
      <w:r>
        <w:rPr>
          <w:sz w:val="20"/>
        </w:rPr>
      </w:r>
    </w:p>
    <w:p>
      <w:pPr>
        <w:jc w:val="center"/>
      </w:pPr>
      <w:r>
        <w:rPr>
          <w:sz w:val="28"/>
        </w:rPr>
        <w:t>令和八年十月十五日（水）〜十六日（木）</w:t>
      </w:r>
    </w:p>
    <w:p>
      <w:r>
        <w:rPr>
          <w:sz w:val="20"/>
        </w:rPr>
      </w:r>
    </w:p>
    <w:p>
      <w:pPr>
        <w:jc w:val="center"/>
      </w:pPr>
      <w:r>
        <w:rPr>
          <w:b/>
          <w:sz w:val="26"/>
        </w:rPr>
        <w:t>集合：十月十五日（水）午前七時三十分　みどり集会所 前</w:t>
      </w:r>
    </w:p>
    <w:p>
      <w:pPr>
        <w:jc w:val="center"/>
      </w:pPr>
      <w:r>
        <w:rPr>
          <w:sz w:val="24"/>
        </w:rPr>
        <w:t>幹事　鈴木　一郎</w:t>
      </w:r>
    </w:p>
    <w:p>
      <w:r>
        <w:br w:type="page"/>
      </w:r>
    </w:p>
    <w:p>
      <w:r>
        <w:rPr>
          <w:b/>
          <w:sz w:val="36"/>
        </w:rPr>
        <w:t>行程表</w:t>
      </w:r>
    </w:p>
    <w:p>
      <w:r>
        <w:rPr>
          <w:b/>
          <w:sz w:val="26"/>
        </w:rPr>
        <w:t>【1日目】十月十五日（水）</w:t>
      </w:r>
    </w:p>
    <w:p>
      <w:r>
        <w:rPr>
          <w:sz w:val="22"/>
        </w:rPr>
        <w:t xml:space="preserve">　（ここに行程表の表を入れます）</w:t>
      </w:r>
    </w:p>
    <w:p>
      <w:r>
        <w:rPr>
          <w:sz w:val="16"/>
        </w:rPr>
      </w:r>
    </w:p>
    <w:p>
      <w:r>
        <w:rPr>
          <w:b/>
          <w:sz w:val="26"/>
        </w:rPr>
        <w:t>【2日目】十月十六日（木）</w:t>
      </w:r>
    </w:p>
    <w:p>
      <w:r>
        <w:rPr>
          <w:sz w:val="22"/>
        </w:rPr>
        <w:t xml:space="preserve">　（ここに行程表の表を入れます）</w:t>
      </w:r>
    </w:p>
    <w:p>
      <w:r>
        <w:rPr>
          <w:sz w:val="16"/>
        </w:rPr>
      </w:r>
    </w:p>
    <w:p>
      <w:r>
        <w:br w:type="page"/>
      </w:r>
    </w:p>
    <w:p>
      <w:r>
        <w:rPr>
          <w:b/>
          <w:sz w:val="36"/>
        </w:rPr>
        <w:t>持ち物</w:t>
      </w:r>
    </w:p>
    <w:p>
      <w:r>
        <w:rPr>
          <w:sz w:val="22"/>
        </w:rPr>
        <w:t xml:space="preserve">　（ここに持ち物リストを入れます）</w:t>
      </w:r>
    </w:p>
    <w:p>
      <w:r>
        <w:rPr>
          <w:sz w:val="16"/>
        </w:rPr>
      </w:r>
    </w:p>
    <w:p>
      <w:r>
        <w:rPr>
          <w:b/>
          <w:sz w:val="36"/>
        </w:rPr>
        <w:t>費用</w:t>
      </w:r>
    </w:p>
    <w:p>
      <w:r>
        <w:rPr>
          <w:sz w:val="22"/>
        </w:rPr>
        <w:t xml:space="preserve">　（ここに費用の内訳を入れます。金額は右揃えタブで揃えます）</w:t>
      </w:r>
    </w:p>
    <w:p>
      <w:r>
        <w:rPr>
          <w:sz w:val="16"/>
        </w:rPr>
      </w:r>
    </w:p>
    <w:p>
      <w:r>
        <w:rPr>
          <w:b/>
          <w:sz w:val="36"/>
        </w:rPr>
        <w:t>注意事項</w:t>
      </w:r>
    </w:p>
    <w:p>
      <w:r>
        <w:rPr>
          <w:sz w:val="24"/>
        </w:rPr>
        <w:t xml:space="preserve">　・集合時刻に遅れる場合は、必ず幹事までご連絡ください。</w:t>
      </w:r>
    </w:p>
    <w:p>
      <w:r>
        <w:rPr>
          <w:sz w:val="24"/>
        </w:rPr>
        <w:t xml:space="preserve">　・バスの中では、飲食は自由ですが、においの強いものはお控えください。</w:t>
      </w:r>
    </w:p>
    <w:p>
      <w:r>
        <w:rPr>
          <w:sz w:val="24"/>
        </w:rPr>
        <w:t xml:space="preserve">　・宿泊先の大浴場は二十二時までです。</w:t>
      </w:r>
    </w:p>
    <w:p>
      <w:r>
        <w:rPr>
          <w:sz w:val="24"/>
        </w:rPr>
        <w:t xml:space="preserve">　・貴重品は各自で管理をお願いいたします。</w:t>
      </w:r>
    </w:p>
    <w:p>
      <w:r>
        <w:rPr>
          <w:sz w:val="24"/>
        </w:rPr>
        <w:t xml:space="preserve">　・雨天でも実施します。中止の場合は前日十八時までにご連絡します。</w:t>
      </w:r>
    </w:p>
    <w:p>
      <w:r>
        <w:br w:type="page"/>
      </w:r>
    </w:p>
    <w:p>
      <w:r>
        <w:rPr>
          <w:b/>
          <w:sz w:val="36"/>
        </w:rPr>
        <w:t>連絡先</w:t>
      </w:r>
    </w:p>
    <w:p>
      <w:pPr>
        <w:tabs>
          <w:tab w:pos="5102" w:val="left"/>
        </w:tabs>
      </w:pPr>
      <w:r>
        <w:rPr>
          <w:sz w:val="24"/>
        </w:rPr>
        <w:t xml:space="preserve">　幹事　鈴木　一郎</w:t>
        <w:tab/>
        <w:t>〇九〇－〇〇〇〇－〇〇〇一</w:t>
      </w:r>
    </w:p>
    <w:p>
      <w:pPr>
        <w:tabs>
          <w:tab w:pos="5102" w:val="left"/>
        </w:tabs>
      </w:pPr>
      <w:r>
        <w:rPr>
          <w:sz w:val="24"/>
        </w:rPr>
        <w:t xml:space="preserve">　副幹事　高橋　美咲</w:t>
        <w:tab/>
        <w:t>〇九〇－〇〇〇〇－〇〇〇二</w:t>
      </w:r>
    </w:p>
    <w:p>
      <w:pPr>
        <w:tabs>
          <w:tab w:pos="5102" w:val="left"/>
        </w:tabs>
      </w:pPr>
      <w:r>
        <w:rPr>
          <w:sz w:val="24"/>
        </w:rPr>
        <w:t xml:space="preserve">　宿泊先　みどり荘</w:t>
        <w:tab/>
        <w:t>〇四八－〇〇〇－〇〇一〇</w:t>
      </w:r>
    </w:p>
    <w:p>
      <w:pPr>
        <w:tabs>
          <w:tab w:pos="5102" w:val="left"/>
        </w:tabs>
      </w:pPr>
      <w:r>
        <w:rPr>
          <w:sz w:val="24"/>
        </w:rPr>
        <w:t xml:space="preserve">　バス　みどり交通</w:t>
        <w:tab/>
        <w:t>〇四八－〇〇〇－〇〇二〇</w:t>
      </w:r>
    </w:p>
    <w:p>
      <w:r>
        <w:rPr>
          <w:sz w:val="16"/>
        </w:rPr>
      </w:r>
    </w:p>
    <w:p>
      <w:r>
        <w:rPr>
          <w:b/>
          <w:sz w:val="28"/>
        </w:rPr>
        <w:t>集合場所と時刻（再掲）</w:t>
      </w:r>
    </w:p>
    <w:p>
      <w:r>
        <w:rPr>
          <w:b/>
          <w:sz w:val="26"/>
        </w:rPr>
        <w:t xml:space="preserve">　十月十五日（水）午前七時三十分　みどり集会所 前</w:t>
      </w:r>
    </w:p>
    <w:p>
      <w:r>
        <w:rPr>
          <w:sz w:val="16"/>
        </w:rPr>
      </w:r>
    </w:p>
    <w:p>
      <w:r>
        <w:rPr>
          <w:b/>
          <w:sz w:val="36"/>
        </w:rPr>
        <w:t>メモ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