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 このページは練習用の説明です。練習を始める前に削除してかまいません。</w:t>
      </w:r>
    </w:p>
    <w:p>
      <w:r>
        <w:rPr>
          <w:sz w:val="20"/>
        </w:rPr>
        <w:t>作例編11-02の練習用ファイルです。記事の工程3から始められます。</w:t>
      </w:r>
    </w:p>
    <w:p>
      <w:r>
        <w:rPr>
          <w:sz w:val="20"/>
        </w:rPr>
      </w:r>
    </w:p>
    <w:p>
      <w:r>
        <w:rPr>
          <w:sz w:val="20"/>
        </w:rPr>
        <w:t>用紙・余白・文字の大きさは設定済みです。</w:t>
      </w:r>
    </w:p>
    <w:p>
      <w:r>
        <w:rPr>
          <w:sz w:val="20"/>
        </w:rPr>
        <w:t>骨組みの文字だけが入っていて、次の「直すところ」がわざと残してあります。</w:t>
      </w:r>
    </w:p>
    <w:p>
      <w:r>
        <w:rPr>
          <w:sz w:val="20"/>
        </w:rPr>
        <w:t xml:space="preserve">　・件名がまだ目立っていない（工程4）</w:t>
      </w:r>
    </w:p>
    <w:p>
      <w:r>
        <w:rPr>
          <w:sz w:val="20"/>
        </w:rPr>
        <w:t xml:space="preserve">　・「記」の中身がスペースで位置合わせしてある（工程5のタブで直します）</w:t>
      </w:r>
    </w:p>
    <w:p>
      <w:r>
        <w:rPr>
          <w:sz w:val="20"/>
        </w:rPr>
        <w:t xml:space="preserve">　・地図や写真が入っていない（工程6）</w:t>
      </w:r>
    </w:p>
    <w:p>
      <w:r>
        <w:rPr>
          <w:sz w:val="20"/>
        </w:rPr>
      </w:r>
    </w:p>
    <w:p>
      <w:r>
        <w:rPr>
          <w:sz w:val="20"/>
        </w:rPr>
        <w:t>まず「¶」ボタンで編集記号を表示して、スペースの点を確認してください。</w:t>
      </w:r>
    </w:p>
    <w:p>
      <w:r>
        <w:rPr>
          <w:sz w:val="20"/>
        </w:rPr>
        <w:t>※団体名・人名・日時はすべて架空のものです。</w:t>
      </w:r>
    </w:p>
    <w:p>
      <w:r>
        <w:br w:type="page"/>
      </w:r>
    </w:p>
    <w:p>
      <w:pPr>
        <w:jc w:val="right"/>
      </w:pPr>
      <w:r>
        <w:t>令和八年六月十日</w:t>
      </w:r>
    </w:p>
    <w:p>
      <w:r>
        <w:t>会員各位</w:t>
      </w:r>
    </w:p>
    <w:p>
      <w:pPr>
        <w:jc w:val="right"/>
      </w:pPr>
      <w:r>
        <w:t>みどり町内会　会長　山田　太郎</w:t>
      </w:r>
    </w:p>
    <w:p>
      <w:r/>
    </w:p>
    <w:p>
      <w:pPr>
        <w:jc w:val="center"/>
      </w:pPr>
      <w:r>
        <w:t>夏祭り開催のご案内</w:t>
      </w:r>
    </w:p>
    <w:p>
      <w:r/>
    </w:p>
    <w:p>
      <w:r>
        <w:t xml:space="preserve">　会員の皆さまにおかれましては、ますますご健勝のこととお慶び申し上げます。日ごろよりみどり町内会の活動にご理解とご協力を賜り、厚くお礼申し上げます。</w:t>
      </w:r>
    </w:p>
    <w:p>
      <w:r>
        <w:t xml:space="preserve">　さて、本年も夏祭りを下記のとおり開催いたします。ご家族お誘い合わせのうえ、ぜひご参加くださいますようご案内申し上げます。</w:t>
      </w:r>
    </w:p>
    <w:p>
      <w:r/>
    </w:p>
    <w:p>
      <w:pPr>
        <w:jc w:val="center"/>
      </w:pPr>
      <w:r>
        <w:t>記</w:t>
      </w:r>
    </w:p>
    <w:p>
      <w:r/>
    </w:p>
    <w:p>
      <w:r>
        <w:t xml:space="preserve">　　日　　時　　　　　　令和八年七月二十五日（土）　午後四時〜午後八時</w:t>
      </w:r>
    </w:p>
    <w:p>
      <w:r>
        <w:t xml:space="preserve">　　場　　所　　　　　　みどり中央公園（雨天時：みどり集会所）</w:t>
      </w:r>
    </w:p>
    <w:p>
      <w:r>
        <w:t xml:space="preserve">　　会　　費　　　　　　一世帯　五百円（当日、受付でお支払いください）</w:t>
      </w:r>
    </w:p>
    <w:p>
      <w:r>
        <w:t xml:space="preserve">　　持 ち 物　　　　　　うちわ・タオル・飲み物</w:t>
      </w:r>
    </w:p>
    <w:p>
      <w:r>
        <w:t xml:space="preserve">　　申込締切　　　　　　令和八年七月十日（金）</w:t>
      </w:r>
    </w:p>
    <w:p>
      <w:r/>
    </w:p>
    <w:p>
      <w:r/>
    </w:p>
    <w:p>
      <w:pPr>
        <w:jc w:val="right"/>
      </w:pPr>
      <w:r>
        <w:t>以上</w:t>
      </w:r>
    </w:p>
    <w:p>
      <w:r/>
    </w:p>
    <w:p>
      <w:r>
        <w:rPr>
          <w:sz w:val="22"/>
        </w:rPr>
        <w:t>【お問い合わせ】みどり町内会　総務部　佐藤　花子</w:t>
      </w:r>
    </w:p>
    <w:p>
      <w:r>
        <w:rPr>
          <w:sz w:val="22"/>
        </w:rPr>
        <w:t>電話　〇四八－〇〇〇－〇〇〇〇（平日 十八時以降）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