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みどり町内会報　第百二十三号</w:t>
      </w:r>
    </w:p>
    <w:p>
      <w:pPr>
        <w:jc w:val="center"/>
      </w:pPr>
      <w:r>
        <w:rPr>
          <w:sz w:val="18"/>
        </w:rPr>
        <w:t>令和八年四月一日発行　　発行：みどり町内会 広報部</w:t>
      </w:r>
    </w:p>
    <w:p>
      <w:pPr>
        <w:sectPr>
          <w:pgSz w:w="11906" w:h="16838"/>
          <w:pgMar w:top="907" w:right="907" w:bottom="907" w:left="907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春の便り</w:t>
      </w:r>
    </w:p>
    <w:p>
      <w:r>
        <w:rPr>
          <w:sz w:val="21"/>
        </w:rPr>
        <w:t xml:space="preserve">　中央公園の桜が満開を迎えました。今年は例年より三日ほど早い開花となり、四月十二日に予定している花見会にちょうど間に合いそうです。</w:t>
      </w:r>
    </w:p>
    <w:p>
      <w:r>
        <w:rPr>
          <w:sz w:val="21"/>
        </w:rPr>
        <w:t xml:space="preserve">　花見会では、婦人部の皆さまによる豚汁の炊き出しを予定しております。材料の都合上、参加される方は四月五日までに各班長へお申し出ください。</w:t>
      </w:r>
    </w:p>
    <w:p>
      <w:r>
        <w:rPr>
          <w:sz w:val="21"/>
        </w:rPr>
        <w:t xml:space="preserve">　当日は中央公園の東側の広場を使います。駐車場はございませんので、徒歩または自転車でお越しください。</w:t>
      </w:r>
    </w:p>
    <w:p>
      <w:r>
        <w:rPr>
          <w:sz w:val="12"/>
        </w:rPr>
      </w: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新しい役員のご紹介</w:t>
      </w:r>
    </w:p>
    <w:p>
      <w:r>
        <w:rPr>
          <w:sz w:val="21"/>
        </w:rPr>
        <w:t xml:space="preserve">　三月の総会で、令和八年度の役員が決まりました。会長には山田太郎さん、副会長には佐藤花子さんが選出されました。</w:t>
      </w:r>
    </w:p>
    <w:p>
      <w:r>
        <w:rPr>
          <w:sz w:val="21"/>
        </w:rPr>
        <w:t xml:space="preserve">　総務部長は鈴木一郎さん、会計は高橋美咲さん、広報部長は田中健太さんが務めます。一年間、どうぞよろしくお願いいたします。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行事写真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 xml:space="preserve">　総会のようす</w:t>
      </w:r>
    </w:p>
    <w:p>
      <w:r>
        <w:rPr>
          <w:sz w:val="12"/>
        </w:rPr>
      </w: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防災倉庫の点検を行いました</w:t>
      </w:r>
    </w:p>
    <w:p>
      <w:r>
        <w:rPr>
          <w:sz w:val="21"/>
        </w:rPr>
        <w:t xml:space="preserve">　二月二十日、防災部が中心となって防災倉庫の点検を行いました。備蓄していた飲料水のうち、消費期限が近いものを入れ替えました。</w:t>
      </w:r>
    </w:p>
    <w:p>
      <w:r>
        <w:rPr>
          <w:sz w:val="21"/>
        </w:rPr>
        <w:t xml:space="preserve">　非常用発電機の動作確認も行い、問題なく起動することを確認しております。</w:t>
      </w:r>
    </w:p>
    <w:p>
      <w:r>
        <w:rPr>
          <w:sz w:val="21"/>
        </w:rPr>
        <w:t xml:space="preserve">　簡易トイレの数が不足していることが分かりましたので、来年度の予算で追加を検討いたします。</w:t>
      </w:r>
    </w:p>
    <w:p>
      <w:r>
        <w:rPr>
          <w:sz w:val="12"/>
        </w:rPr>
      </w: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ごみ集積所についてのお願い</w:t>
      </w:r>
    </w:p>
    <w:p>
      <w:r>
        <w:rPr>
          <w:sz w:val="21"/>
        </w:rPr>
        <w:t xml:space="preserve">　収集日以外にごみが出されているという声が寄せられています。カラス被害の原因にもなりますので、収集日をお守りください。</w:t>
      </w:r>
    </w:p>
    <w:p>
      <w:r>
        <w:rPr>
          <w:sz w:val="21"/>
        </w:rPr>
        <w:t xml:space="preserve">　資源ごみの回収は、毎月第二・第四土曜日の午前八時から九時までです。段ボールはひもで束ねてお出しください。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行事写真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 xml:space="preserve">　防災倉庫の点検</w:t>
      </w:r>
    </w:p>
    <w:p>
      <w:r>
        <w:rPr>
          <w:sz w:val="12"/>
        </w:rPr>
      </w: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今後の予定</w:t>
      </w:r>
    </w:p>
    <w:p>
      <w:r>
        <w:rPr>
          <w:sz w:val="21"/>
        </w:rPr>
        <w:t xml:space="preserve">　四月十二日　花見会（中央公園）</w:t>
      </w:r>
    </w:p>
    <w:p>
      <w:r>
        <w:rPr>
          <w:sz w:val="21"/>
        </w:rPr>
        <w:t xml:space="preserve">　五月十日　　春の清掃活動（各班ごと）</w:t>
      </w:r>
    </w:p>
    <w:p>
      <w:r>
        <w:rPr>
          <w:sz w:val="21"/>
        </w:rPr>
        <w:t xml:space="preserve">　五月二十日　新入会員歓迎会（集会所）</w:t>
      </w:r>
    </w:p>
    <w:p>
      <w:r>
        <w:rPr>
          <w:sz w:val="21"/>
        </w:rPr>
        <w:t xml:space="preserve">　六月七日　　夏祭り実行委員会（集会所）</w:t>
      </w:r>
    </w:p>
    <w:p>
      <w:r>
        <w:rPr>
          <w:sz w:val="12"/>
        </w:rPr>
      </w:r>
    </w:p>
    <w:p>
      <w:pPr>
        <w:pStyle w:val="Heading2"/>
      </w:pPr>
      <w:r>
        <w:rPr>
          <w:rFonts w:ascii="游ゴシック" w:hAnsi="游ゴシック" w:eastAsia="游ゴシック"/>
          <w:color w:val="333333"/>
          <w:sz w:val="24"/>
        </w:rPr>
        <w:t>編集後記</w:t>
      </w:r>
    </w:p>
    <w:p>
      <w:r>
        <w:rPr>
          <w:sz w:val="21"/>
        </w:rPr>
        <w:t xml:space="preserve">　会報を担当して一年が過ぎました。読んでくださる方から「写真が見やすくなった」と声をかけていただいたのが、いちばんの励みでした。</w:t>
      </w:r>
    </w:p>
    <w:p>
      <w:r>
        <w:rPr>
          <w:sz w:val="21"/>
        </w:rPr>
        <w:t xml:space="preserve">　今年度も、皆さまの活動の様子をお届けしてまいります。</w:t>
      </w:r>
    </w:p>
    <w:p>
      <w:r>
        <w:rPr>
          <w:sz w:val="12"/>
        </w:rPr>
      </w:r>
    </w:p>
    <w:sectPr w:rsidR="00FC693F" w:rsidRPr="0006063C" w:rsidSect="00034616">
      <w:type w:val="continuous"/>
      <w:pgSz w:w="11906" w:h="16838"/>
      <w:pgMar w:top="907" w:right="907" w:bottom="907" w:left="907" w:header="720" w:footer="720" w:gutter="0"/>
      <w:cols w:space="283" w:num="2" w:sep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