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18"/>
        </w:rPr>
        <w:t>※ これは「宛名の組み立て方」の配置見本です。実際に印刷する前に、お使いのラベル用紙の品番でラベルオプションを設定し直してください。</w:t>
      </w:r>
    </w:p>
    <w:p>
      <w:r>
        <w:rPr>
          <w:sz w:val="18"/>
        </w:rPr>
        <w:t>（記事の工程2でラベルの製造元と製品番号を選ぶと、Wordが正しい寸法の枠を作ります）</w:t>
      </w:r>
    </w:p>
    <w:tbl>
      <w:tblPr>
        <w:tblStyle w:val="TableGrid"/>
        <w:tblW w:type="auto" w:w="0"/>
        <w:jc w:val="center"/>
        <w:tblLook w:firstColumn="1" w:firstRow="1" w:lastColumn="0" w:lastRow="0" w:noHBand="0" w:noVBand="1" w:val="04A0"/>
      </w:tblPr>
      <w:tblGrid>
        <w:gridCol w:w="3591"/>
        <w:gridCol w:w="3591"/>
        <w:gridCol w:w="3591"/>
      </w:tblGrid>
      <w:tr>
        <w:tc>
          <w:tcPr>
            <w:tcW w:type="dxa" w:w="3402"/>
          </w:tcPr>
          <w:p>
            <w:pPr>
              <w:spacing w:after="0"/>
            </w:pPr>
            <w:r>
              <w:rPr>
                <w:sz w:val="18"/>
              </w:rPr>
              <w:t>〒330-0001</w:t>
            </w:r>
          </w:p>
          <w:p>
            <w:pPr>
              <w:spacing w:after="0"/>
            </w:pPr>
            <w:r>
              <w:rPr>
                <w:sz w:val="20"/>
              </w:rPr>
              <w:t>埼玉県みどり市中央1-2-3</w:t>
            </w:r>
          </w:p>
          <w:p>
            <w:pPr>
              <w:spacing w:after="0"/>
            </w:pPr>
            <w:r>
              <w:rPr>
                <w:b/>
                <w:sz w:val="26"/>
              </w:rPr>
              <w:t>山田　太郎　様</w:t>
            </w:r>
          </w:p>
        </w:tc>
        <w:tc>
          <w:tcPr>
            <w:tcW w:type="dxa" w:w="3402"/>
          </w:tcPr>
          <w:p>
            <w:pPr>
              <w:spacing w:after="0"/>
            </w:pPr>
            <w:r>
              <w:rPr>
                <w:sz w:val="18"/>
              </w:rPr>
              <w:t>〒330-0001</w:t>
            </w:r>
          </w:p>
          <w:p>
            <w:pPr>
              <w:spacing w:after="0"/>
            </w:pPr>
            <w:r>
              <w:rPr>
                <w:sz w:val="20"/>
              </w:rPr>
              <w:t>埼玉県みどり市中央1-5-8</w:t>
            </w:r>
          </w:p>
          <w:p>
            <w:pPr>
              <w:spacing w:after="0"/>
            </w:pPr>
            <w:r>
              <w:rPr>
                <w:sz w:val="20"/>
              </w:rPr>
              <w:t>みどりハイツ201</w:t>
            </w:r>
          </w:p>
          <w:p>
            <w:pPr>
              <w:spacing w:after="0"/>
            </w:pPr>
            <w:r>
              <w:rPr>
                <w:b/>
                <w:sz w:val="26"/>
              </w:rPr>
              <w:t>佐藤　花子　様</w:t>
            </w:r>
          </w:p>
        </w:tc>
        <w:tc>
          <w:tcPr>
            <w:tcW w:type="dxa" w:w="3402"/>
          </w:tcPr>
          <w:p>
            <w:pPr>
              <w:spacing w:after="0"/>
            </w:pPr>
            <w:r>
              <w:rPr>
                <w:sz w:val="18"/>
              </w:rPr>
              <w:t>〒330-0002</w:t>
            </w:r>
          </w:p>
          <w:p>
            <w:pPr>
              <w:spacing w:after="0"/>
            </w:pPr>
            <w:r>
              <w:rPr>
                <w:sz w:val="20"/>
              </w:rPr>
              <w:t>埼玉県みどり市本町2-4-1</w:t>
            </w:r>
          </w:p>
          <w:p>
            <w:pPr>
              <w:spacing w:after="0"/>
            </w:pPr>
            <w:r>
              <w:rPr>
                <w:b/>
                <w:sz w:val="26"/>
              </w:rPr>
              <w:t>鈴木　一郎　様</w:t>
            </w:r>
          </w:p>
        </w:tc>
      </w:tr>
      <w:tr>
        <w:tc>
          <w:tcPr>
            <w:tcW w:type="dxa" w:w="3402"/>
          </w:tcPr>
          <w:p>
            <w:pPr>
              <w:spacing w:after="0"/>
            </w:pPr>
            <w:r>
              <w:rPr>
                <w:sz w:val="18"/>
              </w:rPr>
              <w:t>〒330-0002</w:t>
            </w:r>
          </w:p>
          <w:p>
            <w:pPr>
              <w:spacing w:after="0"/>
            </w:pPr>
            <w:r>
              <w:rPr>
                <w:sz w:val="20"/>
              </w:rPr>
              <w:t>埼玉県みどり市本町2-9-6</w:t>
            </w:r>
          </w:p>
          <w:p>
            <w:pPr>
              <w:spacing w:after="0"/>
            </w:pPr>
            <w:r>
              <w:rPr>
                <w:sz w:val="20"/>
              </w:rPr>
              <w:t>本町コーポ103</w:t>
            </w:r>
          </w:p>
          <w:p>
            <w:pPr>
              <w:spacing w:after="0"/>
            </w:pPr>
            <w:r>
              <w:rPr>
                <w:b/>
                <w:sz w:val="26"/>
              </w:rPr>
              <w:t>高橋　美咲　様</w:t>
            </w:r>
          </w:p>
        </w:tc>
        <w:tc>
          <w:tcPr>
            <w:tcW w:type="dxa" w:w="3402"/>
          </w:tcPr>
          <w:p>
            <w:pPr>
              <w:spacing w:after="0"/>
            </w:pPr>
            <w:r>
              <w:rPr>
                <w:sz w:val="18"/>
              </w:rPr>
              <w:t>〒330-0003</w:t>
            </w:r>
          </w:p>
          <w:p>
            <w:pPr>
              <w:spacing w:after="0"/>
            </w:pPr>
            <w:r>
              <w:rPr>
                <w:sz w:val="20"/>
              </w:rPr>
              <w:t>埼玉県みどり市栄町3-1-7</w:t>
            </w:r>
          </w:p>
          <w:p>
            <w:pPr>
              <w:spacing w:after="0"/>
            </w:pPr>
            <w:r>
              <w:rPr>
                <w:b/>
                <w:sz w:val="26"/>
              </w:rPr>
              <w:t>田中　健太　様</w:t>
            </w:r>
          </w:p>
        </w:tc>
        <w:tc>
          <w:tcPr>
            <w:tcW w:type="dxa" w:w="3402"/>
          </w:tcPr>
          <w:p>
            <w:pPr>
              <w:spacing w:after="0"/>
            </w:pPr>
            <w:r>
              <w:rPr>
                <w:sz w:val="18"/>
              </w:rPr>
              <w:t>〒330-0003</w:t>
            </w:r>
          </w:p>
          <w:p>
            <w:pPr>
              <w:spacing w:after="0"/>
            </w:pPr>
            <w:r>
              <w:rPr>
                <w:sz w:val="20"/>
              </w:rPr>
              <w:t>埼玉県みどり市栄町3-6-2</w:t>
            </w:r>
          </w:p>
          <w:p>
            <w:pPr>
              <w:spacing w:after="0"/>
            </w:pPr>
            <w:r>
              <w:rPr>
                <w:b/>
                <w:sz w:val="26"/>
              </w:rPr>
              <w:t>伊藤　幸子　様</w:t>
            </w:r>
          </w:p>
        </w:tc>
      </w:tr>
      <w:tr>
        <w:tc>
          <w:tcPr>
            <w:tcW w:type="dxa" w:w="3402"/>
          </w:tcPr>
          <w:p>
            <w:pPr>
              <w:spacing w:after="0"/>
            </w:pPr>
            <w:r>
              <w:rPr>
                <w:sz w:val="18"/>
              </w:rPr>
              <w:t>〒330-0004</w:t>
            </w:r>
          </w:p>
          <w:p>
            <w:pPr>
              <w:spacing w:after="0"/>
            </w:pPr>
            <w:r>
              <w:rPr>
                <w:sz w:val="20"/>
              </w:rPr>
              <w:t>埼玉県みどり市桜台4-3-9</w:t>
            </w:r>
          </w:p>
          <w:p>
            <w:pPr>
              <w:spacing w:after="0"/>
            </w:pPr>
            <w:r>
              <w:rPr>
                <w:sz w:val="20"/>
              </w:rPr>
              <w:t>桜台マンション505</w:t>
            </w:r>
          </w:p>
          <w:p>
            <w:pPr>
              <w:spacing w:after="0"/>
            </w:pPr>
            <w:r>
              <w:rPr>
                <w:b/>
                <w:sz w:val="26"/>
              </w:rPr>
              <w:t>渡辺　修　様</w:t>
            </w:r>
          </w:p>
        </w:tc>
        <w:tc>
          <w:tcPr>
            <w:tcW w:type="dxa" w:w="3402"/>
          </w:tcPr>
          <w:p>
            <w:pPr>
              <w:spacing w:after="0"/>
            </w:pPr>
            <w:r>
              <w:rPr>
                <w:sz w:val="18"/>
              </w:rPr>
              <w:t>〒330-0004</w:t>
            </w:r>
          </w:p>
          <w:p>
            <w:pPr>
              <w:spacing w:after="0"/>
            </w:pPr>
            <w:r>
              <w:rPr>
                <w:sz w:val="20"/>
              </w:rPr>
              <w:t>埼玉県みどり市桜台4-8-4</w:t>
            </w:r>
          </w:p>
          <w:p>
            <w:pPr>
              <w:spacing w:after="0"/>
            </w:pPr>
            <w:r>
              <w:rPr>
                <w:b/>
                <w:sz w:val="26"/>
              </w:rPr>
              <w:t>中村　良子　様</w:t>
            </w:r>
          </w:p>
        </w:tc>
        <w:tc>
          <w:tcPr>
            <w:tcW w:type="dxa" w:w="3402"/>
          </w:tcPr>
          <w:p>
            <w:pPr>
              <w:spacing w:after="0"/>
            </w:pPr>
            <w:r>
              <w:rPr>
                <w:sz w:val="18"/>
              </w:rPr>
              <w:t>〒330-0005</w:t>
            </w:r>
          </w:p>
          <w:p>
            <w:pPr>
              <w:spacing w:after="0"/>
            </w:pPr>
            <w:r>
              <w:rPr>
                <w:sz w:val="20"/>
              </w:rPr>
              <w:t>埼玉県みどり市緑が丘5-2-6</w:t>
            </w:r>
          </w:p>
          <w:p>
            <w:pPr>
              <w:spacing w:after="0"/>
            </w:pPr>
            <w:r>
              <w:rPr>
                <w:b/>
                <w:sz w:val="26"/>
              </w:rPr>
              <w:t>小林　大輔　様</w:t>
            </w:r>
          </w:p>
        </w:tc>
      </w:tr>
      <w:tr>
        <w:tc>
          <w:tcPr>
            <w:tcW w:type="dxa" w:w="3402"/>
          </w:tcPr>
          <w:p>
            <w:pPr>
              <w:spacing w:after="0"/>
            </w:pPr>
            <w:r>
              <w:rPr>
                <w:sz w:val="18"/>
              </w:rPr>
              <w:t>〒330-0005</w:t>
            </w:r>
          </w:p>
          <w:p>
            <w:pPr>
              <w:spacing w:after="0"/>
            </w:pPr>
            <w:r>
              <w:rPr>
                <w:sz w:val="20"/>
              </w:rPr>
              <w:t>埼玉県みどり市緑が丘5-7-1</w:t>
            </w:r>
          </w:p>
          <w:p>
            <w:pPr>
              <w:spacing w:after="0"/>
            </w:pPr>
            <w:r>
              <w:rPr>
                <w:b/>
                <w:sz w:val="26"/>
              </w:rPr>
              <w:t>加藤　恵美　様</w:t>
            </w:r>
          </w:p>
        </w:tc>
        <w:tc>
          <w:tcPr>
            <w:tcW w:type="dxa" w:w="3402"/>
          </w:tcPr>
          <w:p>
            <w:pPr>
              <w:spacing w:after="0"/>
            </w:pPr>
            <w:r>
              <w:rPr>
                <w:sz w:val="18"/>
              </w:rPr>
              <w:t>〒330-0006</w:t>
            </w:r>
          </w:p>
          <w:p>
            <w:pPr>
              <w:spacing w:after="0"/>
            </w:pPr>
            <w:r>
              <w:rPr>
                <w:sz w:val="20"/>
              </w:rPr>
              <w:t>埼玉県みどり市若葉6-4-8</w:t>
            </w:r>
          </w:p>
          <w:p>
            <w:pPr>
              <w:spacing w:after="0"/>
            </w:pPr>
            <w:r>
              <w:rPr>
                <w:sz w:val="20"/>
              </w:rPr>
              <w:t>若葉ハイム302</w:t>
            </w:r>
          </w:p>
          <w:p>
            <w:pPr>
              <w:spacing w:after="0"/>
            </w:pPr>
            <w:r>
              <w:rPr>
                <w:b/>
                <w:sz w:val="26"/>
              </w:rPr>
              <w:t>吉田　誠　様</w:t>
            </w:r>
          </w:p>
        </w:tc>
        <w:tc>
          <w:tcPr>
            <w:tcW w:type="dxa" w:w="3402"/>
          </w:tcPr>
          <w:p>
            <w:pPr>
              <w:spacing w:after="0"/>
            </w:pPr>
            <w:r>
              <w:rPr>
                <w:sz w:val="18"/>
              </w:rPr>
              <w:t>〒330-0006</w:t>
            </w:r>
          </w:p>
          <w:p>
            <w:pPr>
              <w:spacing w:after="0"/>
            </w:pPr>
            <w:r>
              <w:rPr>
                <w:sz w:val="20"/>
              </w:rPr>
              <w:t>埼玉県みどり市若葉6-9-3</w:t>
            </w:r>
          </w:p>
          <w:p>
            <w:pPr>
              <w:spacing w:after="0"/>
            </w:pPr>
            <w:r>
              <w:rPr>
                <w:b/>
                <w:sz w:val="26"/>
              </w:rPr>
              <w:t>山本　千代　様</w:t>
            </w:r>
          </w:p>
        </w:tc>
      </w:tr>
    </w:tbl>
    <w:sectPr w:rsidR="00FC693F" w:rsidRPr="0006063C" w:rsidSect="00034616">
      <w:pgSz w:w="11906" w:h="16838"/>
      <w:pgMar w:top="567" w:right="567" w:bottom="567" w:left="56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游明朝" w:hAnsi="游明朝" w:eastAsia="游明朝"/>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